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2"/>
        <w:gridCol w:w="4872"/>
      </w:tblGrid>
      <w:tr w:rsidR="00754124" w:rsidRPr="00754124">
        <w:trPr>
          <w:jc w:val="center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</w:tcPr>
          <w:p w:rsidR="004F72CF" w:rsidRPr="00754124" w:rsidRDefault="00EA49F3">
            <w:pPr>
              <w:jc w:val="left"/>
            </w:pPr>
            <w:r w:rsidRPr="00754124">
              <w:rPr>
                <w:b/>
              </w:rPr>
              <w:t>AL SINDACO DEL COMUNE DI LOCRI</w:t>
            </w:r>
            <w:r w:rsidRPr="00754124">
              <w:rPr>
                <w:b/>
              </w:rPr>
              <w:br/>
            </w:r>
            <w:r w:rsidRPr="00754124">
              <w:t>tramite Uff</w:t>
            </w:r>
            <w:r w:rsidR="007B28B8" w:rsidRPr="00754124">
              <w:t>icio Protocollo – a mano -</w:t>
            </w:r>
            <w:r w:rsidRPr="00754124">
              <w:br/>
              <w:t>Via G. Matteotti n. 152</w:t>
            </w:r>
            <w:r w:rsidRPr="00754124">
              <w:br/>
              <w:t>89044 Locri (RC)</w:t>
            </w:r>
          </w:p>
          <w:p w:rsidR="007B28B8" w:rsidRPr="00754124" w:rsidRDefault="007B28B8">
            <w:pPr>
              <w:jc w:val="left"/>
            </w:pPr>
            <w:r w:rsidRPr="00754124">
              <w:t>Ovvero</w:t>
            </w:r>
          </w:p>
          <w:p w:rsidR="007B28B8" w:rsidRPr="00754124" w:rsidRDefault="007B28B8">
            <w:pPr>
              <w:jc w:val="left"/>
            </w:pPr>
            <w:r w:rsidRPr="00754124">
              <w:t xml:space="preserve">A mezzo pec: </w:t>
            </w:r>
            <w:hyperlink r:id="rId8" w:history="1">
              <w:r w:rsidRPr="00754124">
                <w:rPr>
                  <w:rStyle w:val="Collegamentoipertestuale"/>
                  <w:color w:val="auto"/>
                </w:rPr>
                <w:t>ufficioprotocollo.comunelocri@asmepec.it</w:t>
              </w:r>
            </w:hyperlink>
            <w:r w:rsidRPr="00754124">
              <w:t xml:space="preserve"> </w:t>
            </w:r>
          </w:p>
        </w:tc>
        <w:tc>
          <w:tcPr>
            <w:tcW w:w="4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72CF" w:rsidRPr="00754124" w:rsidRDefault="00EA49F3">
            <w:pPr>
              <w:jc w:val="center"/>
            </w:pPr>
            <w:r w:rsidRPr="00754124">
              <w:rPr>
                <w:b/>
              </w:rPr>
              <w:t>MARCA DA BOLLO</w:t>
            </w:r>
            <w:r w:rsidRPr="00754124">
              <w:rPr>
                <w:b/>
              </w:rPr>
              <w:br/>
            </w:r>
            <w:r w:rsidRPr="00754124">
              <w:t>(nella misura vigente)</w:t>
            </w:r>
          </w:p>
        </w:tc>
      </w:tr>
    </w:tbl>
    <w:p w:rsidR="004F72CF" w:rsidRPr="00754124" w:rsidRDefault="00EA49F3">
      <w:pPr>
        <w:pStyle w:val="Titolo"/>
        <w:rPr>
          <w:color w:val="auto"/>
        </w:rPr>
      </w:pPr>
      <w:r w:rsidRPr="00754124">
        <w:rPr>
          <w:color w:val="auto"/>
        </w:rPr>
        <w:t>ALLEGATO A – DOMANDA DI PARTECIPAZIONE</w:t>
      </w:r>
    </w:p>
    <w:p w:rsidR="004F72CF" w:rsidRPr="00754124" w:rsidRDefault="00EA49F3">
      <w:pPr>
        <w:spacing w:after="140"/>
        <w:jc w:val="center"/>
      </w:pPr>
      <w:r w:rsidRPr="00754124">
        <w:rPr>
          <w:b/>
        </w:rPr>
        <w:t>AL CONCORSO PUBBLICO PER L’ASSEGNAZIONE DI N. __</w:t>
      </w:r>
      <w:r w:rsidR="00B24764">
        <w:rPr>
          <w:b/>
        </w:rPr>
        <w:t>6</w:t>
      </w:r>
      <w:r w:rsidRPr="00754124">
        <w:rPr>
          <w:b/>
        </w:rPr>
        <w:t>_ AUTORIZZAZIONI PER IL SERVIZIO DI NOLEGGIO CON CONDUCENTE (N.C.C.) ME</w:t>
      </w:r>
      <w:bookmarkStart w:id="0" w:name="_GoBack"/>
      <w:bookmarkEnd w:id="0"/>
      <w:r w:rsidRPr="00754124">
        <w:rPr>
          <w:b/>
        </w:rPr>
        <w:t>DIANTE AUTOVETTURA</w:t>
      </w:r>
    </w:p>
    <w:p w:rsidR="007B28B8" w:rsidRPr="00754124" w:rsidRDefault="007B28B8">
      <w:pPr>
        <w:spacing w:after="80"/>
        <w:rPr>
          <w:b/>
        </w:rPr>
      </w:pPr>
    </w:p>
    <w:p w:rsidR="007B28B8" w:rsidRPr="00754124" w:rsidRDefault="007B28B8">
      <w:pPr>
        <w:spacing w:after="80"/>
        <w:rPr>
          <w:b/>
        </w:rPr>
      </w:pPr>
    </w:p>
    <w:p w:rsidR="004F72CF" w:rsidRPr="00754124" w:rsidRDefault="00EA49F3">
      <w:pPr>
        <w:spacing w:after="80"/>
      </w:pPr>
      <w:r w:rsidRPr="00754124">
        <w:rPr>
          <w:b/>
        </w:rPr>
        <w:t xml:space="preserve">Il/La sottoscritto/a </w:t>
      </w:r>
      <w:r w:rsidRPr="00754124">
        <w:t>____________________________________________________________________________</w:t>
      </w:r>
      <w:r w:rsidRPr="00754124">
        <w:rPr>
          <w:i/>
        </w:rPr>
        <w:br/>
        <w:t>(Cognome e nome)</w:t>
      </w:r>
    </w:p>
    <w:p w:rsidR="004F72CF" w:rsidRPr="00754124" w:rsidRDefault="00EA49F3">
      <w:r w:rsidRPr="00754124">
        <w:t>ai sensi degli articoli 46 e 47 del D.P.R. 28 dicembre 2000, n. 445, consapevole delle sanzioni penali previste dall’art. 76 del medesimo decreto in caso di dichiarazioni mendaci, falsità negli atti e uso di atti falsi,</w:t>
      </w:r>
    </w:p>
    <w:p w:rsidR="004F72CF" w:rsidRPr="00754124" w:rsidRDefault="00EA49F3">
      <w:pPr>
        <w:jc w:val="center"/>
      </w:pPr>
      <w:r w:rsidRPr="00754124">
        <w:rPr>
          <w:b/>
        </w:rPr>
        <w:t>CHIEDE</w:t>
      </w:r>
    </w:p>
    <w:p w:rsidR="004F72CF" w:rsidRPr="00754124" w:rsidRDefault="00EA49F3">
      <w:r w:rsidRPr="00754124">
        <w:t xml:space="preserve">di essere ammesso/a al concorso pubblico per l’assegnazione di una autorizzazione per l’esercizio del servizio di noleggio con conducente (N.C.C.) mediante autovettura, indetto dal Comune di Locri con Avviso approvato con determinazione n. </w:t>
      </w:r>
      <w:r w:rsidRPr="00754124">
        <w:rPr>
          <w:b/>
        </w:rPr>
        <w:t>_</w:t>
      </w:r>
      <w:r w:rsidR="00B24764">
        <w:rPr>
          <w:b/>
        </w:rPr>
        <w:t>1068, settoriale 206</w:t>
      </w:r>
      <w:r w:rsidRPr="00754124">
        <w:rPr>
          <w:b/>
        </w:rPr>
        <w:t>_</w:t>
      </w:r>
      <w:r w:rsidRPr="00754124">
        <w:t xml:space="preserve"> del </w:t>
      </w:r>
      <w:r w:rsidR="00B24764">
        <w:t>10</w:t>
      </w:r>
      <w:r w:rsidRPr="00754124">
        <w:rPr>
          <w:b/>
        </w:rPr>
        <w:t>/</w:t>
      </w:r>
      <w:r w:rsidR="00B24764">
        <w:rPr>
          <w:b/>
        </w:rPr>
        <w:t>08</w:t>
      </w:r>
      <w:r w:rsidRPr="00754124">
        <w:rPr>
          <w:b/>
        </w:rPr>
        <w:t>/2026</w:t>
      </w:r>
      <w:r w:rsidRPr="00754124">
        <w:t>.</w:t>
      </w:r>
    </w:p>
    <w:p w:rsidR="004F72CF" w:rsidRPr="00754124" w:rsidRDefault="00EA49F3">
      <w:pPr>
        <w:pStyle w:val="Titolo1"/>
        <w:rPr>
          <w:color w:val="auto"/>
        </w:rPr>
      </w:pPr>
      <w:r w:rsidRPr="00754124">
        <w:rPr>
          <w:color w:val="auto"/>
        </w:rPr>
        <w:t>DATI IDENTIFICATIVI DEL RICHIEDENTE</w:t>
      </w:r>
    </w:p>
    <w:p w:rsidR="004F72CF" w:rsidRPr="00754124" w:rsidRDefault="00EA49F3">
      <w:pPr>
        <w:spacing w:after="40"/>
      </w:pPr>
      <w:r w:rsidRPr="00754124">
        <w:rPr>
          <w:b/>
        </w:rPr>
        <w:t>Nato/a a</w:t>
      </w:r>
      <w:r w:rsidRPr="00754124">
        <w:t xml:space="preserve"> ________________________________________ Prov. (____) il ____/____/________</w:t>
      </w:r>
    </w:p>
    <w:p w:rsidR="004F72CF" w:rsidRPr="00754124" w:rsidRDefault="00EA49F3">
      <w:pPr>
        <w:spacing w:after="40"/>
      </w:pPr>
      <w:r w:rsidRPr="00754124">
        <w:rPr>
          <w:b/>
        </w:rPr>
        <w:t>Codice fiscale</w:t>
      </w:r>
      <w:r w:rsidRPr="00754124">
        <w:t xml:space="preserve"> ________________________________________</w:t>
      </w:r>
    </w:p>
    <w:p w:rsidR="004F72CF" w:rsidRPr="00754124" w:rsidRDefault="00EA49F3">
      <w:pPr>
        <w:spacing w:after="40"/>
      </w:pPr>
      <w:r w:rsidRPr="00754124">
        <w:rPr>
          <w:b/>
        </w:rPr>
        <w:t>Residente in</w:t>
      </w:r>
      <w:r w:rsidRPr="00754124">
        <w:t xml:space="preserve"> ________________________________________ Prov. (____) CAP __________</w:t>
      </w:r>
    </w:p>
    <w:p w:rsidR="004F72CF" w:rsidRPr="00754124" w:rsidRDefault="00EA49F3">
      <w:pPr>
        <w:spacing w:after="40"/>
      </w:pPr>
      <w:r w:rsidRPr="00754124">
        <w:rPr>
          <w:b/>
        </w:rPr>
        <w:t>Via/Piazza</w:t>
      </w:r>
      <w:r w:rsidRPr="00754124">
        <w:t xml:space="preserve"> ________________________________________________ n. ______</w:t>
      </w:r>
    </w:p>
    <w:p w:rsidR="004F72CF" w:rsidRPr="00754124" w:rsidRDefault="00EA49F3">
      <w:pPr>
        <w:spacing w:after="40"/>
      </w:pPr>
      <w:r w:rsidRPr="00754124">
        <w:rPr>
          <w:b/>
        </w:rPr>
        <w:t>Telefono</w:t>
      </w:r>
      <w:r w:rsidRPr="00754124">
        <w:t xml:space="preserve"> ____________________________  E-mail __________________________________________</w:t>
      </w:r>
    </w:p>
    <w:p w:rsidR="004F72CF" w:rsidRPr="00754124" w:rsidRDefault="00EA49F3">
      <w:pPr>
        <w:spacing w:after="40"/>
      </w:pPr>
      <w:r w:rsidRPr="00754124">
        <w:rPr>
          <w:b/>
        </w:rPr>
        <w:t>PEC (obbligatoria per le comunicazioni)</w:t>
      </w:r>
      <w:r w:rsidRPr="00754124">
        <w:t xml:space="preserve"> ________________________________________________________</w:t>
      </w:r>
    </w:p>
    <w:p w:rsidR="004F72CF" w:rsidRPr="00754124" w:rsidRDefault="00EA49F3">
      <w:pPr>
        <w:spacing w:after="40"/>
      </w:pPr>
      <w:r w:rsidRPr="00754124">
        <w:rPr>
          <w:b/>
        </w:rPr>
        <w:t>Eventuale denominazione dell’impresa/organismo collettivo</w:t>
      </w:r>
      <w:r w:rsidRPr="00754124">
        <w:t xml:space="preserve"> ______________________________________</w:t>
      </w:r>
    </w:p>
    <w:p w:rsidR="004F72CF" w:rsidRPr="00754124" w:rsidRDefault="00EA49F3">
      <w:pPr>
        <w:spacing w:after="40"/>
      </w:pPr>
      <w:r w:rsidRPr="00754124">
        <w:rPr>
          <w:b/>
        </w:rPr>
        <w:t>Codice fiscale/P. IVA dell’impresa (se già costituita)</w:t>
      </w:r>
      <w:r w:rsidRPr="00754124">
        <w:t xml:space="preserve"> ____________________________________________</w:t>
      </w:r>
    </w:p>
    <w:p w:rsidR="004F72CF" w:rsidRPr="00754124" w:rsidRDefault="00EA49F3">
      <w:pPr>
        <w:spacing w:after="40"/>
      </w:pPr>
      <w:r w:rsidRPr="00754124">
        <w:rPr>
          <w:b/>
        </w:rPr>
        <w:t>Sede dell’impresa</w:t>
      </w:r>
      <w:r w:rsidRPr="00754124">
        <w:t xml:space="preserve"> _______________________________________________________________________</w:t>
      </w:r>
    </w:p>
    <w:p w:rsidR="004F72CF" w:rsidRPr="00754124" w:rsidRDefault="00EA49F3">
      <w:pPr>
        <w:pStyle w:val="Titolo1"/>
        <w:rPr>
          <w:color w:val="auto"/>
        </w:rPr>
      </w:pPr>
      <w:r w:rsidRPr="00754124">
        <w:rPr>
          <w:color w:val="auto"/>
        </w:rPr>
        <w:t>DICHIARAZIONI RELATIVE AI REQUISITI DI AMMISSIONE</w:t>
      </w:r>
    </w:p>
    <w:p w:rsidR="004F72CF" w:rsidRPr="00754124" w:rsidRDefault="00EA49F3">
      <w:r w:rsidRPr="00754124">
        <w:t>Il/La sottoscritto/a dichiara:</w:t>
      </w:r>
    </w:p>
    <w:p w:rsidR="004F72CF" w:rsidRPr="00754124" w:rsidRDefault="00EA49F3">
      <w:pPr>
        <w:pStyle w:val="Elencocompatto"/>
      </w:pPr>
      <w:r w:rsidRPr="00754124">
        <w:t>☐ di essere cittadino/a italiano/a;</w:t>
      </w:r>
    </w:p>
    <w:p w:rsidR="004F72CF" w:rsidRPr="00754124" w:rsidRDefault="00EA49F3">
      <w:pPr>
        <w:pStyle w:val="Elencocompatto"/>
      </w:pPr>
      <w:r w:rsidRPr="00754124">
        <w:t>☐ di essere cittadino/a del seguente Stato membro dell’Unione europea: ____________________________;</w:t>
      </w:r>
    </w:p>
    <w:p w:rsidR="004F72CF" w:rsidRPr="00754124" w:rsidRDefault="00EA49F3">
      <w:pPr>
        <w:pStyle w:val="Elencocompatto"/>
      </w:pPr>
      <w:r w:rsidRPr="00754124">
        <w:lastRenderedPageBreak/>
        <w:t>☐ di essere iscritto/a nel Ruolo dei conducenti di veicoli adibiti ad autoservizi pubblici non di linea presso la Camera di Commercio di __________________________, n. iscrizione __________, dal ____/____/________;</w:t>
      </w:r>
    </w:p>
    <w:p w:rsidR="004F72CF" w:rsidRPr="00754124" w:rsidRDefault="00EA49F3">
      <w:pPr>
        <w:pStyle w:val="Elencocompatto"/>
      </w:pPr>
      <w:r w:rsidRPr="00754124">
        <w:t>☐ di essere iscritto/a in analogo elenco di uno Stato dell’Unione europea, come da documentazione allegata;</w:t>
      </w:r>
    </w:p>
    <w:p w:rsidR="004F72CF" w:rsidRPr="00754124" w:rsidRDefault="00EA49F3">
      <w:pPr>
        <w:pStyle w:val="Elencocompatto"/>
      </w:pPr>
      <w:r w:rsidRPr="00754124">
        <w:t>☐ di non avere trasferito, nei cinque anni antecedenti la presente domanda, altra autorizzazione N.C.C. rilasciata dal Comune di Locri o da altro Comune;</w:t>
      </w:r>
    </w:p>
    <w:p w:rsidR="004F72CF" w:rsidRPr="00754124" w:rsidRDefault="00EA49F3">
      <w:pPr>
        <w:pStyle w:val="Elencocompatto"/>
      </w:pPr>
      <w:r w:rsidRPr="00754124">
        <w:t>☐ di non essere titolare di licenza per l’esercizio del servizio taxi;</w:t>
      </w:r>
    </w:p>
    <w:p w:rsidR="004F72CF" w:rsidRPr="00754124" w:rsidRDefault="00EA49F3">
      <w:pPr>
        <w:pStyle w:val="Elencocompatto"/>
      </w:pPr>
      <w:r w:rsidRPr="00754124">
        <w:t>☐ di essere in possesso dei titoli abilitativi prescritti per la guida del veicolo (patente e certificato di abilitazione professionale o titolo equivalente), come di seguito indicato:</w:t>
      </w:r>
    </w:p>
    <w:p w:rsidR="004F72CF" w:rsidRPr="00754124" w:rsidRDefault="00EA49F3">
      <w:pPr>
        <w:spacing w:after="40"/>
      </w:pPr>
      <w:r w:rsidRPr="00754124">
        <w:rPr>
          <w:b/>
        </w:rPr>
        <w:t>Patente categoria</w:t>
      </w:r>
      <w:r w:rsidRPr="00754124">
        <w:t xml:space="preserve"> ________ n. __________________ rilasciata da __________________ il ____/____/________ scadenza ____/____/________</w:t>
      </w:r>
    </w:p>
    <w:p w:rsidR="004F72CF" w:rsidRPr="00754124" w:rsidRDefault="00EA49F3">
      <w:pPr>
        <w:spacing w:after="40"/>
      </w:pPr>
      <w:r w:rsidRPr="00754124">
        <w:rPr>
          <w:b/>
        </w:rPr>
        <w:t>C.A.P./C.Q.C. o altro titolo</w:t>
      </w:r>
      <w:r w:rsidRPr="00754124">
        <w:t xml:space="preserve"> ________________________ n. ______________ scadenza ____/____/________</w:t>
      </w:r>
    </w:p>
    <w:p w:rsidR="004F72CF" w:rsidRPr="00754124" w:rsidRDefault="00EA49F3">
      <w:pPr>
        <w:pStyle w:val="Titolo1"/>
        <w:rPr>
          <w:color w:val="auto"/>
        </w:rPr>
      </w:pPr>
      <w:r w:rsidRPr="00754124">
        <w:rPr>
          <w:color w:val="auto"/>
        </w:rPr>
        <w:t>DICHIARAZIONI SUGLI IMPEDIMENTI SOGGETTIVI</w:t>
      </w:r>
    </w:p>
    <w:p w:rsidR="004F72CF" w:rsidRPr="00754124" w:rsidRDefault="00EA49F3">
      <w:r w:rsidRPr="00754124">
        <w:t>Il/La sottoscritto/a dichiara di non trovarsi in alcuna delle condizioni ostative previste dall’art. 13 del Regolamento comunale e, in particolare:</w:t>
      </w:r>
    </w:p>
    <w:p w:rsidR="004F72CF" w:rsidRPr="00754124" w:rsidRDefault="00EA49F3">
      <w:pPr>
        <w:pStyle w:val="Elencocompatto"/>
      </w:pPr>
      <w:r w:rsidRPr="00754124">
        <w:t>☐ di non avere riportato condanne definitive per reati che comportino l’interdizione dalla professione, salvo intervenuta riabilitazione;</w:t>
      </w:r>
    </w:p>
    <w:p w:rsidR="004F72CF" w:rsidRPr="00754124" w:rsidRDefault="00EA49F3">
      <w:pPr>
        <w:pStyle w:val="Elencocompatto"/>
      </w:pPr>
      <w:r w:rsidRPr="00754124">
        <w:t>☐ di non essere stato/a destinatario/a di provvedimenti ostativi adottati ai sensi della normativa in materia di prevenzione e contrasto della criminalità organizzata;</w:t>
      </w:r>
    </w:p>
    <w:p w:rsidR="004F72CF" w:rsidRPr="00754124" w:rsidRDefault="00EA49F3">
      <w:pPr>
        <w:pStyle w:val="Elencocompatto"/>
      </w:pPr>
      <w:r w:rsidRPr="00754124">
        <w:t>☐ di non trovarsi in una condizione derivante da dichiarazione di fallimento che risulti ancora ostativa secondo la normativa vigente;</w:t>
      </w:r>
    </w:p>
    <w:p w:rsidR="004F72CF" w:rsidRPr="00754124" w:rsidRDefault="00EA49F3">
      <w:pPr>
        <w:pStyle w:val="Elencocompatto"/>
      </w:pPr>
      <w:r w:rsidRPr="00754124">
        <w:t>☐ di non essere incorso/a, nel quinquennio precedente la domanda, in provvedimenti di revoca o decadenza di precedente autorizzazione o licenza di esercizio, anche da parte di altri Comuni;</w:t>
      </w:r>
    </w:p>
    <w:p w:rsidR="004F72CF" w:rsidRPr="00754124" w:rsidRDefault="00EA49F3">
      <w:pPr>
        <w:pStyle w:val="Elencocompatto"/>
      </w:pPr>
      <w:r w:rsidRPr="00754124">
        <w:t>☐ di non avere riportato condanne definitive per delitti non colposi a pene restrittive della libertà personale complessivamente superiori a due anni, salvo riabilitazione;</w:t>
      </w:r>
    </w:p>
    <w:p w:rsidR="004F72CF" w:rsidRPr="00754124" w:rsidRDefault="00EA49F3">
      <w:pPr>
        <w:pStyle w:val="Elencocompatto"/>
      </w:pPr>
      <w:r w:rsidRPr="00754124">
        <w:t>☐ di non essere stato/a sottoposto/a a misure di sicurezza personali o a misure di prevenzione ostative;</w:t>
      </w:r>
    </w:p>
    <w:p w:rsidR="004F72CF" w:rsidRPr="00754124" w:rsidRDefault="00EA49F3">
      <w:pPr>
        <w:pStyle w:val="Elencocompatto"/>
      </w:pPr>
      <w:r w:rsidRPr="00754124">
        <w:t>☐ di non avere riportato condanna per omicidio colposo conseguente alla violazione delle norme del Codice della Strada.</w:t>
      </w:r>
    </w:p>
    <w:p w:rsidR="004F72CF" w:rsidRPr="00754124" w:rsidRDefault="00EA49F3">
      <w:pPr>
        <w:pStyle w:val="Titolo1"/>
        <w:rPr>
          <w:color w:val="auto"/>
        </w:rPr>
      </w:pPr>
      <w:r w:rsidRPr="00754124">
        <w:rPr>
          <w:color w:val="auto"/>
        </w:rPr>
        <w:t>IMPEGNI DA ASSUMERE IN CASO DI ASSEGNAZIONE</w:t>
      </w:r>
    </w:p>
    <w:p w:rsidR="004F72CF" w:rsidRPr="00754124" w:rsidRDefault="00EA49F3">
      <w:r w:rsidRPr="00754124">
        <w:t>Il/La sottoscritto/a si impegna, in caso di utile collocazione in graduatoria, a dimostrare entro il termine assegnato dal Comune il possesso di tutti gli ulteriori requisiti previsti dall’art. 12 del Regolamento comunale e, in particolare:</w:t>
      </w:r>
    </w:p>
    <w:p w:rsidR="004F72CF" w:rsidRPr="00754124" w:rsidRDefault="00EA49F3">
      <w:pPr>
        <w:pStyle w:val="Elencocompatto"/>
      </w:pPr>
      <w:r w:rsidRPr="00754124">
        <w:t>☐ ad acquisire o dimostrare la proprietà o la piena disponibilità, anche in leasing, del veicolo da adibire al servizio;</w:t>
      </w:r>
    </w:p>
    <w:p w:rsidR="004F72CF" w:rsidRPr="00754124" w:rsidRDefault="00EA49F3">
      <w:pPr>
        <w:pStyle w:val="Elencocompatto"/>
      </w:pPr>
      <w:r w:rsidRPr="00754124">
        <w:t>☐ a stipulare o dimostrare idonea copertura assicurativa per la responsabilità civile verso persone o cose, compresi i terzi trasportati;</w:t>
      </w:r>
    </w:p>
    <w:p w:rsidR="004F72CF" w:rsidRPr="00754124" w:rsidRDefault="00EA49F3">
      <w:pPr>
        <w:pStyle w:val="Elencocompatto"/>
      </w:pPr>
      <w:r w:rsidRPr="00754124">
        <w:t>☐ ad acquisire o dimostrare la disponibilità di una rimessa, al chiuso o all’aperto, ubicata nel territorio del Comune di Locri;</w:t>
      </w:r>
    </w:p>
    <w:p w:rsidR="004F72CF" w:rsidRPr="00754124" w:rsidRDefault="00EA49F3">
      <w:pPr>
        <w:pStyle w:val="Elencocompatto"/>
      </w:pPr>
      <w:r w:rsidRPr="00754124">
        <w:t>☐ a iscriversi o dimostrare l’iscrizione all’Albo delle imprese artigiane o al Registro delle imprese presso la Camera di Commercio;</w:t>
      </w:r>
    </w:p>
    <w:p w:rsidR="004F72CF" w:rsidRPr="00754124" w:rsidRDefault="00EA49F3">
      <w:pPr>
        <w:pStyle w:val="Elencocompatto"/>
      </w:pPr>
      <w:r w:rsidRPr="00754124">
        <w:t>☐ a non svolgere altra attività lavorativa in modo prevalente o tale da compromettere la regolarità e la sicurezza del servizio;</w:t>
      </w:r>
    </w:p>
    <w:p w:rsidR="004F72CF" w:rsidRPr="00754124" w:rsidRDefault="00EA49F3">
      <w:pPr>
        <w:pStyle w:val="Elencocompatto"/>
      </w:pPr>
      <w:r w:rsidRPr="00754124">
        <w:t>☐ a rispettare gli obblighi relativi al RENT e al foglio di servizio elettronico, ove previsti dalla normativa vigente;</w:t>
      </w:r>
    </w:p>
    <w:p w:rsidR="004F72CF" w:rsidRPr="00754124" w:rsidRDefault="00EA49F3">
      <w:pPr>
        <w:pStyle w:val="Elencocompatto"/>
      </w:pPr>
      <w:r w:rsidRPr="00754124">
        <w:lastRenderedPageBreak/>
        <w:t>☐ a iniziare il servizio entro novanta giorni dal rilascio dell’autorizzazione, salvo l’eventuale proroga prevista dal Regolamento comunale.</w:t>
      </w:r>
    </w:p>
    <w:p w:rsidR="004F72CF" w:rsidRPr="00754124" w:rsidRDefault="00EA49F3">
      <w:pPr>
        <w:pStyle w:val="Titolo1"/>
        <w:rPr>
          <w:color w:val="auto"/>
        </w:rPr>
      </w:pPr>
      <w:r w:rsidRPr="00754124">
        <w:rPr>
          <w:color w:val="auto"/>
        </w:rPr>
        <w:t>TITOLI PREFERENZIALI DICHIARATI</w:t>
      </w:r>
    </w:p>
    <w:p w:rsidR="004F72CF" w:rsidRPr="00754124" w:rsidRDefault="00EA49F3">
      <w:r w:rsidRPr="00754124">
        <w:t>Barrare esclusivamente le caselle corrispondenti ai titoli effettivamente posseduti alla data di scadenza del bando e allegare la relativa documentazione. I titoli non dichiarati non saranno valutati.</w:t>
      </w:r>
    </w:p>
    <w:p w:rsidR="004F72CF" w:rsidRPr="00754124" w:rsidRDefault="00EA49F3">
      <w:pPr>
        <w:pStyle w:val="Elencocompatto"/>
      </w:pPr>
      <w:r w:rsidRPr="00754124">
        <w:t>☐ possesso di veicolo ecocompatibile a basse emissioni di CO₂;</w:t>
      </w:r>
    </w:p>
    <w:p w:rsidR="004F72CF" w:rsidRPr="00754124" w:rsidRDefault="00EA49F3">
      <w:pPr>
        <w:spacing w:after="40"/>
      </w:pPr>
      <w:r w:rsidRPr="00754124">
        <w:rPr>
          <w:b/>
        </w:rPr>
        <w:t>Marca/modello</w:t>
      </w:r>
      <w:r w:rsidRPr="00754124">
        <w:t xml:space="preserve"> ________________________________ Alimentazione ______________________________</w:t>
      </w:r>
    </w:p>
    <w:p w:rsidR="004F72CF" w:rsidRPr="00754124" w:rsidRDefault="00EA49F3">
      <w:pPr>
        <w:spacing w:after="40"/>
      </w:pPr>
      <w:r w:rsidRPr="00754124">
        <w:rPr>
          <w:b/>
        </w:rPr>
        <w:t>Targa</w:t>
      </w:r>
      <w:r w:rsidRPr="00754124">
        <w:t xml:space="preserve"> ________________ Classe ambientale/emissioni CO₂ _____________________________________</w:t>
      </w:r>
    </w:p>
    <w:p w:rsidR="004F72CF" w:rsidRPr="00754124" w:rsidRDefault="00EA49F3">
      <w:pPr>
        <w:pStyle w:val="Elencocompatto"/>
      </w:pPr>
      <w:r w:rsidRPr="00754124">
        <w:t>☐ avere prestato servizio come dipendente di un’impresa N.C.C. per un periodo complessivo di almeno due anni;</w:t>
      </w:r>
    </w:p>
    <w:p w:rsidR="004F72CF" w:rsidRPr="00754124" w:rsidRDefault="00EA49F3">
      <w:pPr>
        <w:spacing w:after="40"/>
      </w:pPr>
      <w:r w:rsidRPr="00754124">
        <w:rPr>
          <w:b/>
        </w:rPr>
        <w:t>Impresa/e e periodi di servizio</w:t>
      </w:r>
      <w:r w:rsidRPr="00754124">
        <w:t xml:space="preserve"> _____________________________________________________________</w:t>
      </w:r>
    </w:p>
    <w:p w:rsidR="004F72CF" w:rsidRPr="00754124" w:rsidRDefault="00EA49F3">
      <w:pPr>
        <w:spacing w:after="40"/>
      </w:pPr>
      <w:r w:rsidRPr="00754124">
        <w:t xml:space="preserve"> ________________________________________________________________________________</w:t>
      </w:r>
    </w:p>
    <w:p w:rsidR="004F72CF" w:rsidRPr="00754124" w:rsidRDefault="00EA49F3">
      <w:pPr>
        <w:pStyle w:val="Elencocompatto"/>
      </w:pPr>
      <w:r w:rsidRPr="00754124">
        <w:t>☐ essere titolare, da almeno due anni, di autorizzazione N.C.C. rilasciata dal Comune di Locri;</w:t>
      </w:r>
    </w:p>
    <w:p w:rsidR="004F72CF" w:rsidRPr="00754124" w:rsidRDefault="00EA49F3">
      <w:pPr>
        <w:spacing w:after="40"/>
      </w:pPr>
      <w:r w:rsidRPr="00754124">
        <w:rPr>
          <w:b/>
        </w:rPr>
        <w:t>Autorizzazione n.</w:t>
      </w:r>
      <w:r w:rsidRPr="00754124">
        <w:t xml:space="preserve"> ________ rilasciata il ____/____/________</w:t>
      </w:r>
    </w:p>
    <w:p w:rsidR="004F72CF" w:rsidRPr="00754124" w:rsidRDefault="00EA49F3">
      <w:pPr>
        <w:pStyle w:val="Elencocompatto"/>
      </w:pPr>
      <w:r w:rsidRPr="00754124">
        <w:t>☐ essere associato/a in cooperativa, società o consorzio di imprese esercenti il servizio N.C.C.;</w:t>
      </w:r>
    </w:p>
    <w:p w:rsidR="004F72CF" w:rsidRPr="00754124" w:rsidRDefault="00EA49F3">
      <w:pPr>
        <w:spacing w:after="40"/>
      </w:pPr>
      <w:r w:rsidRPr="00754124">
        <w:rPr>
          <w:b/>
        </w:rPr>
        <w:t>Denominazione organismo</w:t>
      </w:r>
      <w:r w:rsidRPr="00754124">
        <w:t xml:space="preserve"> ________________________________________________________________</w:t>
      </w:r>
    </w:p>
    <w:p w:rsidR="004F72CF" w:rsidRPr="00754124" w:rsidRDefault="00EA49F3">
      <w:pPr>
        <w:spacing w:after="40"/>
      </w:pPr>
      <w:r w:rsidRPr="00754124">
        <w:rPr>
          <w:b/>
        </w:rPr>
        <w:t>Sede e dati iscrizione</w:t>
      </w:r>
      <w:r w:rsidRPr="00754124">
        <w:t xml:space="preserve"> _____________________________________________________________________</w:t>
      </w:r>
    </w:p>
    <w:p w:rsidR="004F72CF" w:rsidRPr="00754124" w:rsidRDefault="00EA49F3">
      <w:pPr>
        <w:pStyle w:val="Elencocompatto"/>
      </w:pPr>
      <w:r w:rsidRPr="00754124">
        <w:t>☐ non essere mai incorso/a in gravi infrazioni alle norme della circolazione stradale tali da avere determinato la sospensione del titolo di guida;</w:t>
      </w:r>
    </w:p>
    <w:p w:rsidR="004F72CF" w:rsidRPr="00754124" w:rsidRDefault="00EA49F3">
      <w:pPr>
        <w:pStyle w:val="Elencocompatto"/>
      </w:pPr>
      <w:r w:rsidRPr="00754124">
        <w:t>☐ possedere specifica professionalità comprovata dalla documentata anzianità operativa nel settore;</w:t>
      </w:r>
    </w:p>
    <w:p w:rsidR="004F72CF" w:rsidRPr="00754124" w:rsidRDefault="00EA49F3">
      <w:pPr>
        <w:pStyle w:val="Elencocompatto"/>
      </w:pPr>
      <w:r w:rsidRPr="00754124">
        <w:t>☐ possedere specifica professionalità comprovata dalla continuità, regolarità ed efficienza dei servizi svolti;</w:t>
      </w:r>
    </w:p>
    <w:p w:rsidR="004F72CF" w:rsidRPr="00754124" w:rsidRDefault="00EA49F3">
      <w:pPr>
        <w:pStyle w:val="Elencocompatto"/>
      </w:pPr>
      <w:r w:rsidRPr="00754124">
        <w:t>☐ possedere specifica professionalità comprovata dall’organizzazione aziendale.</w:t>
      </w:r>
    </w:p>
    <w:p w:rsidR="004F72CF" w:rsidRPr="00754124" w:rsidRDefault="00EA49F3">
      <w:pPr>
        <w:spacing w:after="40"/>
      </w:pPr>
      <w:r w:rsidRPr="00754124">
        <w:rPr>
          <w:b/>
        </w:rPr>
        <w:t>Ulteriori specificazioni</w:t>
      </w:r>
      <w:r w:rsidRPr="00754124">
        <w:t xml:space="preserve"> ______________________________________________________________________</w:t>
      </w:r>
    </w:p>
    <w:p w:rsidR="004F72CF" w:rsidRPr="00754124" w:rsidRDefault="00EA49F3">
      <w:pPr>
        <w:spacing w:after="40"/>
      </w:pPr>
      <w:r w:rsidRPr="00754124">
        <w:t xml:space="preserve"> ________________________________________________________________________________</w:t>
      </w:r>
    </w:p>
    <w:p w:rsidR="004F72CF" w:rsidRPr="00754124" w:rsidRDefault="00EA49F3">
      <w:pPr>
        <w:pStyle w:val="Titolo1"/>
        <w:rPr>
          <w:color w:val="auto"/>
        </w:rPr>
      </w:pPr>
      <w:r w:rsidRPr="00754124">
        <w:rPr>
          <w:color w:val="auto"/>
        </w:rPr>
        <w:t>ULTERIORI DICHIARAZIONI</w:t>
      </w:r>
    </w:p>
    <w:p w:rsidR="004F72CF" w:rsidRPr="00754124" w:rsidRDefault="00EA49F3">
      <w:pPr>
        <w:pStyle w:val="Elencocompatto"/>
      </w:pPr>
      <w:r w:rsidRPr="00754124">
        <w:t>☐ di avere preso visione e di accettare integralmente l’Avviso pubblico e il Regolamento comunale per l’esercizio del servizio taxi e N.C.C.;</w:t>
      </w:r>
    </w:p>
    <w:p w:rsidR="004F72CF" w:rsidRPr="00754124" w:rsidRDefault="00EA49F3">
      <w:pPr>
        <w:pStyle w:val="Elencocompatto"/>
      </w:pPr>
      <w:r w:rsidRPr="00754124">
        <w:t>☐ di essere consapevole che la residenza non costituisce titolo preferenziale;</w:t>
      </w:r>
    </w:p>
    <w:p w:rsidR="004F72CF" w:rsidRPr="00754124" w:rsidRDefault="00EA49F3">
      <w:pPr>
        <w:pStyle w:val="Elencocompatto"/>
      </w:pPr>
      <w:r w:rsidRPr="00754124">
        <w:t>☐ di autorizzare il Comune di Locri a effettuare i controlli sulla veridicità delle dichiarazioni rese e ad acquisire d’ufficio dati e certificazioni presso le amministrazioni competenti;</w:t>
      </w:r>
    </w:p>
    <w:p w:rsidR="004F72CF" w:rsidRPr="00754124" w:rsidRDefault="00EA49F3">
      <w:pPr>
        <w:pStyle w:val="Elencocompatto"/>
      </w:pPr>
      <w:r w:rsidRPr="00754124">
        <w:t>☐ di impegnarsi a comunicare tempestivamente ogni variazione dei dati e dei recapiti dichiarati;</w:t>
      </w:r>
    </w:p>
    <w:p w:rsidR="004F72CF" w:rsidRPr="00754124" w:rsidRDefault="00EA49F3">
      <w:pPr>
        <w:pStyle w:val="Elencocompatto"/>
      </w:pPr>
      <w:r w:rsidRPr="00754124">
        <w:t>☐ di eleggere quale domicilio digitale per tutte le comunicazioni relative al procedimento la PEC indicata nella presente domanda;</w:t>
      </w:r>
    </w:p>
    <w:p w:rsidR="004F72CF" w:rsidRPr="00754124" w:rsidRDefault="00EA49F3">
      <w:pPr>
        <w:pStyle w:val="Elencocompatto"/>
      </w:pPr>
      <w:r w:rsidRPr="00754124">
        <w:t>☐ di essere consapevole che l’eventuale assegnazione resta subordinata alla verifica di tutti i requisiti e alla produzione della documentazione richiesta entro i termini stabiliti.</w:t>
      </w:r>
    </w:p>
    <w:p w:rsidR="004F72CF" w:rsidRPr="00754124" w:rsidRDefault="00EA49F3">
      <w:pPr>
        <w:pStyle w:val="Titolo1"/>
        <w:rPr>
          <w:color w:val="auto"/>
        </w:rPr>
      </w:pPr>
      <w:r w:rsidRPr="00754124">
        <w:rPr>
          <w:color w:val="auto"/>
        </w:rPr>
        <w:t>ALLEGATI</w:t>
      </w:r>
    </w:p>
    <w:p w:rsidR="004F72CF" w:rsidRPr="00754124" w:rsidRDefault="00EA49F3">
      <w:pPr>
        <w:pStyle w:val="Elencocompatto"/>
      </w:pPr>
      <w:r w:rsidRPr="00754124">
        <w:t>☐ copia fronte/retro del documento di identità in corso di validità, salvo sottoscrizione digitale;</w:t>
      </w:r>
    </w:p>
    <w:p w:rsidR="004F72CF" w:rsidRPr="00754124" w:rsidRDefault="00EA49F3">
      <w:pPr>
        <w:pStyle w:val="Elencocompatto"/>
      </w:pPr>
      <w:r w:rsidRPr="00754124">
        <w:t>☐ copia della patente di guida e del C.A.P./C.Q.C. o altro titolo abilitativo, se già posseduti;</w:t>
      </w:r>
    </w:p>
    <w:p w:rsidR="004F72CF" w:rsidRPr="00754124" w:rsidRDefault="00EA49F3">
      <w:pPr>
        <w:pStyle w:val="Elencocompatto"/>
      </w:pPr>
      <w:r w:rsidRPr="00754124">
        <w:t>☐ documentazione o dichiarazione relativa all’iscrizione nel Ruolo dei conducenti;</w:t>
      </w:r>
    </w:p>
    <w:p w:rsidR="004F72CF" w:rsidRPr="00754124" w:rsidRDefault="00EA49F3">
      <w:pPr>
        <w:pStyle w:val="Elencocompatto"/>
      </w:pPr>
      <w:r w:rsidRPr="00754124">
        <w:lastRenderedPageBreak/>
        <w:t>☐ documentazione comprovante i titoli preferenziali dichiarati;</w:t>
      </w:r>
    </w:p>
    <w:p w:rsidR="004F72CF" w:rsidRPr="00754124" w:rsidRDefault="00EA49F3">
      <w:pPr>
        <w:pStyle w:val="Elencocompatto"/>
      </w:pPr>
      <w:r w:rsidRPr="00754124">
        <w:t>☐ documentazione relativa all’assolvimento dell’imposta di bollo, se dovuta;</w:t>
      </w:r>
    </w:p>
    <w:p w:rsidR="004F72CF" w:rsidRPr="00754124" w:rsidRDefault="00EA49F3">
      <w:pPr>
        <w:pStyle w:val="Elencocompatto"/>
      </w:pPr>
      <w:r w:rsidRPr="00754124">
        <w:t>☐ altra documentazione: ________________________________________________________________.</w:t>
      </w:r>
    </w:p>
    <w:p w:rsidR="004F72CF" w:rsidRPr="00754124" w:rsidRDefault="00EA49F3">
      <w:pPr>
        <w:pStyle w:val="Titolo1"/>
        <w:rPr>
          <w:color w:val="auto"/>
        </w:rPr>
      </w:pPr>
      <w:r w:rsidRPr="00754124">
        <w:rPr>
          <w:color w:val="auto"/>
        </w:rPr>
        <w:t>ASSOLVIMENTO DELL’IMPOSTA DI BOLLO</w:t>
      </w:r>
    </w:p>
    <w:p w:rsidR="004F72CF" w:rsidRPr="00754124" w:rsidRDefault="00EA49F3">
      <w:pPr>
        <w:pStyle w:val="Elencocompatto"/>
      </w:pPr>
      <w:r w:rsidRPr="00754124">
        <w:t>☐ marca da bollo apposta sull’originale cartaceo della domanda;</w:t>
      </w:r>
    </w:p>
    <w:p w:rsidR="004F72CF" w:rsidRPr="00754124" w:rsidRDefault="00EA49F3">
      <w:pPr>
        <w:pStyle w:val="Elencocompatto"/>
      </w:pPr>
      <w:r w:rsidRPr="00754124">
        <w:t>☐ imposta di bollo assolta in modalità virtuale/telematica, identificativo ___________________________;</w:t>
      </w:r>
    </w:p>
    <w:p w:rsidR="004F72CF" w:rsidRPr="00754124" w:rsidRDefault="00EA49F3">
      <w:pPr>
        <w:pStyle w:val="Elencocompatto"/>
      </w:pPr>
      <w:r w:rsidRPr="00754124">
        <w:t>☐ esente dall’imposta di bollo ai sensi di ________________________________________________.</w:t>
      </w:r>
    </w:p>
    <w:p w:rsidR="004F72CF" w:rsidRPr="00754124" w:rsidRDefault="00EA49F3">
      <w:pPr>
        <w:pStyle w:val="Titolo1"/>
        <w:rPr>
          <w:color w:val="auto"/>
        </w:rPr>
      </w:pPr>
      <w:r w:rsidRPr="00754124">
        <w:rPr>
          <w:color w:val="auto"/>
        </w:rPr>
        <w:t>TRATTAMENTO DEI DATI PERSONALI</w:t>
      </w:r>
    </w:p>
    <w:p w:rsidR="004F72CF" w:rsidRPr="00754124" w:rsidRDefault="00EA49F3">
      <w:r w:rsidRPr="00754124">
        <w:t>Il/La sottoscritto/a dichiara di avere preso visione dell’informativa sul trattamento dei dati personali. I dati forniti saranno trattati dal Comune di Locri, in qualità di titolare, esclusivamente per le finalità connesse al presente procedimento, nel rispetto del Regolamento (UE) 2016/679 e del D.Lgs. n. 196/2003, come modificato. L’interessato può esercitare i diritti previsti dagli articoli 15 e seguenti del Regolamento (UE) 2016/679.</w:t>
      </w:r>
    </w:p>
    <w:p w:rsidR="004F72CF" w:rsidRPr="00754124" w:rsidRDefault="00EA49F3">
      <w:pPr>
        <w:spacing w:before="240"/>
      </w:pPr>
      <w:r w:rsidRPr="00754124">
        <w:rPr>
          <w:b/>
        </w:rPr>
        <w:t xml:space="preserve">Luogo e data: </w:t>
      </w:r>
      <w:r w:rsidRPr="00754124">
        <w:t>____________________________________</w:t>
      </w:r>
    </w:p>
    <w:p w:rsidR="004F72CF" w:rsidRPr="00754124" w:rsidRDefault="00EA49F3">
      <w:pPr>
        <w:jc w:val="right"/>
      </w:pPr>
      <w:r w:rsidRPr="00754124">
        <w:rPr>
          <w:b/>
        </w:rPr>
        <w:t>Firma del richiedente</w:t>
      </w:r>
      <w:r w:rsidRPr="00754124">
        <w:rPr>
          <w:b/>
        </w:rPr>
        <w:br/>
      </w:r>
      <w:r w:rsidRPr="00754124">
        <w:t>________________________________________</w:t>
      </w:r>
    </w:p>
    <w:p w:rsidR="004F72CF" w:rsidRPr="00754124" w:rsidRDefault="00EA49F3">
      <w:pPr>
        <w:jc w:val="right"/>
      </w:pPr>
      <w:r w:rsidRPr="00754124">
        <w:rPr>
          <w:i/>
        </w:rPr>
        <w:t>(firma digitale oppure firma autografa leggibile)</w:t>
      </w:r>
    </w:p>
    <w:p w:rsidR="004F72CF" w:rsidRPr="00754124" w:rsidRDefault="00EA49F3">
      <w:pPr>
        <w:spacing w:before="180"/>
      </w:pPr>
      <w:r w:rsidRPr="00754124">
        <w:rPr>
          <w:b/>
        </w:rPr>
        <w:t xml:space="preserve">Avvertenza: </w:t>
      </w:r>
      <w:r w:rsidRPr="00754124">
        <w:t>in caso di firma autografa, allegare copia di un documento di identità in corso di validità. La domanda e gli allegati trasmessi via PEC devono essere in formato leggibile.</w:t>
      </w:r>
    </w:p>
    <w:sectPr w:rsidR="004F72CF" w:rsidRPr="00754124" w:rsidSect="007224D2">
      <w:headerReference w:type="default" r:id="rId9"/>
      <w:footerReference w:type="default" r:id="rId10"/>
      <w:pgSz w:w="12240" w:h="15840" w:code="120"/>
      <w:pgMar w:top="1191" w:right="1219" w:bottom="879" w:left="1276" w:header="312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D94" w:rsidRDefault="006C0D94">
      <w:pPr>
        <w:spacing w:after="0" w:line="240" w:lineRule="auto"/>
      </w:pPr>
      <w:r>
        <w:separator/>
      </w:r>
    </w:p>
  </w:endnote>
  <w:endnote w:type="continuationSeparator" w:id="0">
    <w:p w:rsidR="006C0D94" w:rsidRDefault="006C0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2CF" w:rsidRDefault="00EA49F3">
    <w:pPr>
      <w:pStyle w:val="Pidipagina"/>
      <w:jc w:val="center"/>
    </w:pPr>
    <w:r>
      <w:rPr>
        <w:sz w:val="16"/>
      </w:rPr>
      <w:t xml:space="preserve">Modello di domanda NCC – Pag. </w:t>
    </w:r>
    <w:r>
      <w:fldChar w:fldCharType="begin"/>
    </w:r>
    <w:r>
      <w:instrText>PAGE</w:instrText>
    </w:r>
    <w:r>
      <w:fldChar w:fldCharType="separate"/>
    </w:r>
    <w:r w:rsidR="00821EAE">
      <w:rPr>
        <w:noProof/>
      </w:rPr>
      <w:t>2</w:t>
    </w:r>
    <w:r>
      <w:fldChar w:fldCharType="end"/>
    </w:r>
    <w:r>
      <w:rPr>
        <w:sz w:val="16"/>
      </w:rPr>
      <w:t xml:space="preserve"> di </w:t>
    </w:r>
    <w:r>
      <w:fldChar w:fldCharType="begin"/>
    </w:r>
    <w:r>
      <w:instrText>NUMPAGES</w:instrText>
    </w:r>
    <w:r>
      <w:fldChar w:fldCharType="separate"/>
    </w:r>
    <w:r w:rsidR="00821EAE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D94" w:rsidRDefault="006C0D94">
      <w:pPr>
        <w:spacing w:after="0" w:line="240" w:lineRule="auto"/>
      </w:pPr>
      <w:r>
        <w:separator/>
      </w:r>
    </w:p>
  </w:footnote>
  <w:footnote w:type="continuationSeparator" w:id="0">
    <w:p w:rsidR="006C0D94" w:rsidRDefault="006C0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153" w:rsidRDefault="00BD0153" w:rsidP="00BD0153">
    <w:pPr>
      <w:spacing w:after="0" w:line="240" w:lineRule="auto"/>
      <w:jc w:val="center"/>
      <w:rPr>
        <w:rFonts w:ascii="Times New Roman" w:hAnsi="Times New Roman" w:cs="Times New Roman"/>
        <w:color w:val="FF0000"/>
        <w:sz w:val="40"/>
        <w:szCs w:val="40"/>
      </w:rPr>
    </w:pPr>
    <w:r>
      <w:rPr>
        <w:noProof/>
        <w:lang w:val="it-IT" w:eastAsia="it-IT"/>
      </w:rPr>
      <w:drawing>
        <wp:inline distT="0" distB="0" distL="0" distR="0" wp14:anchorId="3DEFB6E3" wp14:editId="3048067F">
          <wp:extent cx="1517650" cy="15176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7650" cy="151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D0153" w:rsidRPr="00B64725" w:rsidRDefault="00BD0153" w:rsidP="00BD0153">
    <w:pPr>
      <w:spacing w:after="0" w:line="240" w:lineRule="auto"/>
      <w:jc w:val="center"/>
      <w:rPr>
        <w:rFonts w:ascii="Times New Roman" w:hAnsi="Times New Roman" w:cs="Times New Roman"/>
        <w:color w:val="FF0000"/>
        <w:sz w:val="40"/>
        <w:szCs w:val="40"/>
      </w:rPr>
    </w:pPr>
    <w:r w:rsidRPr="00B64725">
      <w:rPr>
        <w:rFonts w:ascii="Times New Roman" w:hAnsi="Times New Roman" w:cs="Times New Roman"/>
        <w:color w:val="FF0000"/>
        <w:sz w:val="40"/>
        <w:szCs w:val="40"/>
      </w:rPr>
      <w:t xml:space="preserve">CITTA’ DI LOCRI </w:t>
    </w:r>
  </w:p>
  <w:p w:rsidR="00BD0153" w:rsidRDefault="00BD0153" w:rsidP="00BD0153">
    <w:pPr>
      <w:spacing w:after="0"/>
      <w:jc w:val="center"/>
      <w:rPr>
        <w:rFonts w:ascii="Times New Roman" w:hAnsi="Times New Roman" w:cs="Times New Roman"/>
        <w:color w:val="FF0000"/>
        <w:sz w:val="28"/>
        <w:szCs w:val="28"/>
      </w:rPr>
    </w:pPr>
    <w:r w:rsidRPr="00B64725">
      <w:rPr>
        <w:rFonts w:ascii="Times New Roman" w:hAnsi="Times New Roman" w:cs="Times New Roman"/>
        <w:color w:val="FF0000"/>
        <w:sz w:val="28"/>
        <w:szCs w:val="28"/>
      </w:rPr>
      <w:t>- Città Metropolitana di Reggio Calabria –</w:t>
    </w:r>
  </w:p>
  <w:p w:rsidR="007224D2" w:rsidRDefault="007224D2" w:rsidP="00BD0153">
    <w:pPr>
      <w:spacing w:after="0"/>
      <w:jc w:val="center"/>
      <w:rPr>
        <w:rFonts w:ascii="Times New Roman" w:hAnsi="Times New Roman" w:cs="Times New Roman"/>
        <w:color w:val="FF0000"/>
        <w:sz w:val="28"/>
        <w:szCs w:val="28"/>
      </w:rPr>
    </w:pPr>
  </w:p>
  <w:p w:rsidR="007224D2" w:rsidRPr="00B64725" w:rsidRDefault="007224D2" w:rsidP="00BD0153">
    <w:pPr>
      <w:spacing w:after="0"/>
      <w:jc w:val="center"/>
      <w:rPr>
        <w:rFonts w:ascii="Times New Roman" w:hAnsi="Times New Roman" w:cs="Times New Roman"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20439"/>
    <w:rsid w:val="0015074B"/>
    <w:rsid w:val="001D5AC1"/>
    <w:rsid w:val="00214B34"/>
    <w:rsid w:val="0029639D"/>
    <w:rsid w:val="00326F90"/>
    <w:rsid w:val="00394D00"/>
    <w:rsid w:val="004F72CF"/>
    <w:rsid w:val="0056106E"/>
    <w:rsid w:val="005E55B3"/>
    <w:rsid w:val="006C0D94"/>
    <w:rsid w:val="006F1048"/>
    <w:rsid w:val="007224D2"/>
    <w:rsid w:val="00754124"/>
    <w:rsid w:val="007B28B8"/>
    <w:rsid w:val="00821EAE"/>
    <w:rsid w:val="009A5F9C"/>
    <w:rsid w:val="00A8386E"/>
    <w:rsid w:val="00AA1D8D"/>
    <w:rsid w:val="00B24764"/>
    <w:rsid w:val="00B47730"/>
    <w:rsid w:val="00BD0153"/>
    <w:rsid w:val="00CB0664"/>
    <w:rsid w:val="00E43400"/>
    <w:rsid w:val="00EA49F3"/>
    <w:rsid w:val="00ED32E0"/>
    <w:rsid w:val="00EF7D40"/>
    <w:rsid w:val="00FC693F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2FE0D08F-27DA-4AD2-9391-055D14EF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pPr>
      <w:spacing w:after="60" w:line="245" w:lineRule="auto"/>
      <w:jc w:val="both"/>
    </w:pPr>
    <w:rPr>
      <w:rFonts w:ascii="Liberation Serif" w:eastAsia="Liberation Serif" w:hAnsi="Liberation Serif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40"/>
      <w:outlineLvl w:val="0"/>
    </w:pPr>
    <w:rPr>
      <w:rFonts w:asciiTheme="majorHAnsi" w:eastAsiaTheme="majorEastAsia" w:hAnsiTheme="majorHAnsi" w:cstheme="majorBidi"/>
      <w:b/>
      <w:bCs/>
      <w:color w:val="000000"/>
      <w:sz w:val="22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  <w:jc w:val="center"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lencocompatto">
    <w:name w:val="Elenco compatto"/>
    <w:basedOn w:val="Normale"/>
    <w:pPr>
      <w:spacing w:after="30" w:line="240" w:lineRule="auto"/>
      <w:ind w:left="312" w:hanging="181"/>
    </w:pPr>
  </w:style>
  <w:style w:type="character" w:styleId="Collegamentoipertestuale">
    <w:name w:val="Hyperlink"/>
    <w:basedOn w:val="Carpredefinitoparagrafo"/>
    <w:uiPriority w:val="99"/>
    <w:unhideWhenUsed/>
    <w:rsid w:val="007B28B8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4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4124"/>
    <w:rPr>
      <w:rFonts w:ascii="Segoe UI" w:eastAsia="Liberation Serif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protocollo.comunelocri@asme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CA0EFF-C97E-49FA-A0D1-B405420AC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1459</Words>
  <Characters>8321</Characters>
  <Application>Microsoft Office Word</Application>
  <DocSecurity>0</DocSecurity>
  <Lines>69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Settore1</cp:lastModifiedBy>
  <cp:revision>2</cp:revision>
  <cp:lastPrinted>2026-08-10T10:21:00Z</cp:lastPrinted>
  <dcterms:created xsi:type="dcterms:W3CDTF">2026-08-10T12:41:00Z</dcterms:created>
  <dcterms:modified xsi:type="dcterms:W3CDTF">2026-08-10T12:41:00Z</dcterms:modified>
  <cp:category/>
</cp:coreProperties>
</file>